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שלבים בראיון: תכנון, שאלה, הקשבה, רישום והודיה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 בין שאלה סגורה לשאלה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המשך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מתכננים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היה לך כלב?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להעמיק ולדעת עוד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להודות לאדם המרואיין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ספר לי על הבית שבו גדלת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הקשבה חשובה כדי לשמוע את כל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תכנון עוזר לשאול שאלות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לומדים עוד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תיעוד עוזר לזכור את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מילים כאלה מזמינות תשובה ארוכה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(עם מי שיחקת?)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(איזה חדר אהבת במיוחד?)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 הכין אותו?)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היה הכי שמח בו?)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(מה עשיתם יחד?)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הפכו לשאלה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 לי על חיית המחמד שהייתה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 לי איך היה בית הספר שלך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 לי על החבר הכי טוב שהיה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סדרו את שלבי הראיון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את השאלה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רושמים את התשובות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מודים למרואיין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שעונים עליה בהרבה מילים ולא רק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שממשיכה תשובה קודמת ומבקשת עוד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להודות למרואיין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תלמיד אחד שואל והשני עונה כאילו הוא הסבא או הסבתא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שאלה סגורה לפתוחה לפני תרגיל ההפיכה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הראיון האמיתי כדאי לתרגל הקשבה בלי להפריע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מכינים ראיון עם סבא, סבתא או אדם מבוגר אחר, ואיך שואלים שאלות שיגרמו לו לספר הרבה.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ראשון כשמכינים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מתכננים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מודים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רושמים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מקשיבים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היא שאלה סגורה?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נראה הבית שבו גדלת?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 על חג שאתה זוכר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השתנה מאז ועד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שאלת המשך?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להעמיק ולדעת עוד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לשנות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להגיד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כותבים בסוף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לעשות בסוף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לברוח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להודות לאדם המרואיין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לשכוח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להתווכח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תגרום למרואיין לספר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לך בית ילדות?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אהבת את הבית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היה גדול?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להקשיב בזמן שהמרואיין עונה ולא לקטוע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לשאול כל שאלה בלי לתכנן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המשך באה אחרי תשובה כדי להעמיק בנושא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לרשום או לזכור את התשובות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מתחילה לרוב במילים כמו ספר לי או איך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חשוב __________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הראיון חשוב __________ בתשומת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כמו היה לך כלב? היא 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שאלה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הראיון חשוב ל__________ למרואיין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שאלה לשאלת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במה אהבת לשחק כשהיית בגילי?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איזה חדר אהבת במיוחד?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 נראה הבית שבו גדלת?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עשיתם יחד?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איזה מאכל מזכיר לך את הילדות?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היה הכי שמח בו?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 לי על חג שאתה זוכר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עם מי שיחקת?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 היה החבר הכי טוב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הכין אותו?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הפכו לשאלה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הפכו את השאלה הסגורה היה לך כלב? לשאלה פתוחה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הפכו את השאלה הסגורה אהבת את בית הספר? לשאלה פתוחה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הפכו את השאלה הסגורה היה לך חבר טוב? לשאלה פתוחה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סדרו את שלבי הראיון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למרואיין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שאלת 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את התשובות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שאלות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את השאלה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שאלה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לשאלת המשך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בסוף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עם אדם מבוגר שחשוב 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