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עם אדם מבוגר שחשוב 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שלבים בראיון: תכנון, שאלה, הקשבה, רישום והודיה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הבדל בין שאלה סגורה לשאלה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שאלות המשך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מתכננים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היה לך כלב?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להעמיק ולדעת עוד פרטים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הקשבה חשובה כדי לשמוע את כל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תכנון עוזר לשאול שאלות טובות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לתכנן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להקשיב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סגורה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שאלה לשאלת 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(עם מי שיחקת?)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(איזה חדר אהבת במיוחד?)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 הכין אותו?)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(מה היה הכי שמח בו?)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הפכו לשאלה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 לי על חיית המחמד שהייתה 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סדרו את שלבי הראיון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מתכננים שאלות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את השאלה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שואלים שאלת המשך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שעונים עליה בהרבה מילים ולא רק כן או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שממשיכה תשובה קודמת ומבקשת עוד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להודות למרואיין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בזוגות: תלמיד אחד שואל והשני עונה כאילו הוא הסבא או הסבתא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שאלה סגורה לפתוחה לפני תרגיל ההפיכה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הראיון האמיתי כדאי לתרגל הקשבה בלי להפריע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עם אדם מבוגר שחשוב 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איך מכינים ראיון עם סבא, סבתא או אדם מבוגר אחר, ואיך שואלים שאלות שיגרמו לו לספר הרבה.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סגורה  ·  לתכנן  ·  להקשיב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ראשון כשמכינים 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מתכננים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מודים לאדם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רושמים תשובות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שאלה היא שאלה סגורה?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איך נראה הבית שבו גדלת?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היה לך כלב?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ספר לי על חג שאתה זוכר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המטרה של שאלת המשך?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לסיים את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להעמיק ולדעת עוד פרטים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לשנות נושא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צריך להקשיב בזמן שהמרואיין עונה ולא לקטוע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לשאול כל שאלה בלי לתכנן מראש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הראיון חשוב __________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בזמן הראיון חשוב __________ בתשומת 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שאלה כמו היה לך כלב? היא שאלה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שאלה לשאלת המשך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במה אהבת לשחק כשהיית בגילי?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איזה חדר אהבת במיוחד?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איך נראה הבית שבו גדלת?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 הכין אותו?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איזה מאכל מזכיר לך את הילדות?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 היה הכי שמח בו?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ספר לי על חג שאתה זוכר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עם מי שיחקת?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הפכו לשאלה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הפכו את השאלה הסגורה היה לך כלב? לשאלה פתוחה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סדרו את שלבי הראיון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מקשיבים לתשובה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שואלים שאלת המשך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שואלים את השאלה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מתכננים שאלות לראיון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שאלה פתוחה?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לשאלת המשך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ראיון עם אדם מבוגר שחשוב 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